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D5C"/>
          <w:sz w:val="32"/>
        </w:rPr>
        <w:t>Fragebogen zur ISO-9001-Dokumentation</w:t>
      </w:r>
    </w:p>
    <w:p>
      <w:r>
        <w:t>Kurs „Das QM-Handbuch in 5 Tagen“ · QM-Guru Akademie · Download zu Modul 3</w:t>
      </w:r>
    </w:p>
    <w:p>
      <w:r>
        <w:rPr>
          <w:b/>
        </w:rPr>
        <w:t xml:space="preserve">So füllen Sie aus: </w:t>
      </w:r>
      <w:r>
        <w:t>Stichworte statt Sätze. „Weiß nicht“ ist erlaubt und markiert eine Lücke. Zu jeder Antwort das Dokument notieren, das es dazu gibt (Spalte rechts). Dauer: etwa zwei Stunden. Firma: ____________________  Ausgefüllt von: ____________________  Datum: ____________</w:t>
      </w:r>
    </w:p>
    <w:p>
      <w:r>
        <w:rPr>
          <w:b/>
        </w:rPr>
        <w:t>1 Firma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969"/>
          </w:tcPr>
          <w:p>
            <w:r/>
            <w:r>
              <w:rPr>
                <w:b/>
                <w:sz w:val="18"/>
              </w:rPr>
              <w:t>Frage</w:t>
            </w:r>
          </w:p>
        </w:tc>
        <w:tc>
          <w:tcPr>
            <w:tcW w:type="dxa" w:w="3685"/>
          </w:tcPr>
          <w:p>
            <w:r/>
            <w:r>
              <w:rPr>
                <w:b/>
                <w:sz w:val="18"/>
              </w:rPr>
              <w:t>Ihre Antwort (Stichworte)</w:t>
            </w:r>
          </w:p>
        </w:tc>
        <w:tc>
          <w:tcPr>
            <w:tcW w:type="dxa" w:w="1984"/>
          </w:tcPr>
          <w:p>
            <w:r/>
            <w:r>
              <w:rPr>
                <w:b/>
                <w:sz w:val="18"/>
              </w:rPr>
              <w:t>Dokument / Nachweis dazu</w:t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Firmenname, Rechtsform, Anschrift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Gründungsjahr, Inhaber/Geschäftsführung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Standorte (alle, die zertifiziert werden sollen)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Mitarbeiterzahl (Vollzeit / Teilzeit / Aushilfen / Azubis)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Branche, Verbandsmitgliedschaften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Website, Logo (Datei)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2 Produkte und Leistungen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969"/>
          </w:tcPr>
          <w:p>
            <w:r/>
            <w:r>
              <w:rPr>
                <w:b/>
                <w:sz w:val="18"/>
              </w:rPr>
              <w:t>Frage</w:t>
            </w:r>
          </w:p>
        </w:tc>
        <w:tc>
          <w:tcPr>
            <w:tcW w:type="dxa" w:w="3685"/>
          </w:tcPr>
          <w:p>
            <w:r/>
            <w:r>
              <w:rPr>
                <w:b/>
                <w:sz w:val="18"/>
              </w:rPr>
              <w:t>Ihre Antwort (Stichworte)</w:t>
            </w:r>
          </w:p>
        </w:tc>
        <w:tc>
          <w:tcPr>
            <w:tcW w:type="dxa" w:w="1984"/>
          </w:tcPr>
          <w:p>
            <w:r/>
            <w:r>
              <w:rPr>
                <w:b/>
                <w:sz w:val="18"/>
              </w:rPr>
              <w:t>Dokument / Nachweis dazu</w:t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Was verkaufen Sie? (Produkte, Dienstleistungen, Handelsware)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Was stellen Sie selbst her, was kaufen Sie zu, was lassen Sie extern machen?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Entwickeln oder planen Sie etwas für Kunden (Konstruktion, Konzepte, Rezepturen, Software)?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Gibt es gesetzliche oder normative Anforderungen an Ihre Produkte?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3 Kunden und Markt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969"/>
          </w:tcPr>
          <w:p>
            <w:r/>
            <w:r>
              <w:rPr>
                <w:b/>
                <w:sz w:val="18"/>
              </w:rPr>
              <w:t>Frage</w:t>
            </w:r>
          </w:p>
        </w:tc>
        <w:tc>
          <w:tcPr>
            <w:tcW w:type="dxa" w:w="3685"/>
          </w:tcPr>
          <w:p>
            <w:r/>
            <w:r>
              <w:rPr>
                <w:b/>
                <w:sz w:val="18"/>
              </w:rPr>
              <w:t>Ihre Antwort (Stichworte)</w:t>
            </w:r>
          </w:p>
        </w:tc>
        <w:tc>
          <w:tcPr>
            <w:tcW w:type="dxa" w:w="1984"/>
          </w:tcPr>
          <w:p>
            <w:r/>
            <w:r>
              <w:rPr>
                <w:b/>
                <w:sz w:val="18"/>
              </w:rPr>
              <w:t>Dokument / Nachweis dazu</w:t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Hauptkunden oder Kundengruppen (keine Namen nötig, Anteil am Umsatz)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Was erwarten Ihre Kunden von Ihnen (Lieferzeit, Zertifikate, Normen, Dokumentation)?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Wer sind Ihre Wettbewerber, was unterscheidet Sie?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Welche Behörden, Verbände, Banken, Versicherungen stellen Anforderungen?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Welche externen Entwicklungen beeinflussen Sie (Markt, Technik, Recht, Personal, Lieferkette)?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Welche internen Stärken und Schwächen sehen Sie?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4 Organisation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969"/>
          </w:tcPr>
          <w:p>
            <w:r/>
            <w:r>
              <w:rPr>
                <w:b/>
                <w:sz w:val="18"/>
              </w:rPr>
              <w:t>Frage</w:t>
            </w:r>
          </w:p>
        </w:tc>
        <w:tc>
          <w:tcPr>
            <w:tcW w:type="dxa" w:w="3685"/>
          </w:tcPr>
          <w:p>
            <w:r/>
            <w:r>
              <w:rPr>
                <w:b/>
                <w:sz w:val="18"/>
              </w:rPr>
              <w:t>Ihre Antwort (Stichworte)</w:t>
            </w:r>
          </w:p>
        </w:tc>
        <w:tc>
          <w:tcPr>
            <w:tcW w:type="dxa" w:w="1984"/>
          </w:tcPr>
          <w:p>
            <w:r/>
            <w:r>
              <w:rPr>
                <w:b/>
                <w:sz w:val="18"/>
              </w:rPr>
              <w:t>Dokument / Nachweis dazu</w:t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Wer macht was? (Liste der Funktionen/Rollen mit Personen)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Wer vertritt wen bei Abwesenheit?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Wer darf Angebote freigeben, bestellen, einstellen, Produkte freigeben oder sperren?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Gibt es ein Organigramm oder Stellenbeschreibungen?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5 Auftragsablauf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969"/>
          </w:tcPr>
          <w:p>
            <w:r/>
            <w:r>
              <w:rPr>
                <w:b/>
                <w:sz w:val="18"/>
              </w:rPr>
              <w:t>Frage</w:t>
            </w:r>
          </w:p>
        </w:tc>
        <w:tc>
          <w:tcPr>
            <w:tcW w:type="dxa" w:w="3685"/>
          </w:tcPr>
          <w:p>
            <w:r/>
            <w:r>
              <w:rPr>
                <w:b/>
                <w:sz w:val="18"/>
              </w:rPr>
              <w:t>Ihre Antwort (Stichworte)</w:t>
            </w:r>
          </w:p>
        </w:tc>
        <w:tc>
          <w:tcPr>
            <w:tcW w:type="dxa" w:w="1984"/>
          </w:tcPr>
          <w:p>
            <w:r/>
            <w:r>
              <w:rPr>
                <w:b/>
                <w:sz w:val="18"/>
              </w:rPr>
              <w:t>Dokument / Nachweis dazu</w:t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Wie kommt eine Anfrage herein, wer prüft sie (Machbarkeit, Termin, Preis)?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Wie entsteht das Angebot, wer gibt es frei, welche Vorlage?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Wie wird der Auftrag bestätigt, wie werden Änderungen festgehalten?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Wie läuft die Ausführung (Schritte, Beteiligte, Hilfsmittel)?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Wo und wie wird vor der Lieferung geprüft, wer gibt frei, welcher Nachweis?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Wie wird geliefert/übergeben und abgerechnet?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Was passiert nach der Lieferung (Nachbetreuung, Gewährleistung)?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6 Einkauf und Lieferanten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969"/>
          </w:tcPr>
          <w:p>
            <w:r/>
            <w:r>
              <w:rPr>
                <w:b/>
                <w:sz w:val="18"/>
              </w:rPr>
              <w:t>Frage</w:t>
            </w:r>
          </w:p>
        </w:tc>
        <w:tc>
          <w:tcPr>
            <w:tcW w:type="dxa" w:w="3685"/>
          </w:tcPr>
          <w:p>
            <w:r/>
            <w:r>
              <w:rPr>
                <w:b/>
                <w:sz w:val="18"/>
              </w:rPr>
              <w:t>Ihre Antwort (Stichworte)</w:t>
            </w:r>
          </w:p>
        </w:tc>
        <w:tc>
          <w:tcPr>
            <w:tcW w:type="dxa" w:w="1984"/>
          </w:tcPr>
          <w:p>
            <w:r/>
            <w:r>
              <w:rPr>
                <w:b/>
                <w:sz w:val="18"/>
              </w:rPr>
              <w:t>Dokument / Nachweis dazu</w:t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Welche Lieferanten sind kritisch (Material, Dienstleister, Fremdfertiger)?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Wie wählen Sie Lieferanten aus, wie bewerten Sie sie?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Wie wird bestellt (Vorlage, System)?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Wie wird die Ware im Eingang geprüft, wer, Nachweis?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7 Personal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969"/>
          </w:tcPr>
          <w:p>
            <w:r/>
            <w:r>
              <w:rPr>
                <w:b/>
                <w:sz w:val="18"/>
              </w:rPr>
              <w:t>Frage</w:t>
            </w:r>
          </w:p>
        </w:tc>
        <w:tc>
          <w:tcPr>
            <w:tcW w:type="dxa" w:w="3685"/>
          </w:tcPr>
          <w:p>
            <w:r/>
            <w:r>
              <w:rPr>
                <w:b/>
                <w:sz w:val="18"/>
              </w:rPr>
              <w:t>Ihre Antwort (Stichworte)</w:t>
            </w:r>
          </w:p>
        </w:tc>
        <w:tc>
          <w:tcPr>
            <w:tcW w:type="dxa" w:w="1984"/>
          </w:tcPr>
          <w:p>
            <w:r/>
            <w:r>
              <w:rPr>
                <w:b/>
                <w:sz w:val="18"/>
              </w:rPr>
              <w:t>Dokument / Nachweis dazu</w:t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Wie werden neue Mitarbeiter eingewiesen (Nachweis)?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Welche Qualifikationen sind vorgeschrieben (Scheine, Schulungen)?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Wie ermitteln Sie Schulungsbedarf, wo liegen Nachweise?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Wie wird Wissen gesichert, wenn jemand geht?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8 Prüfmittel und Infrastruktur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969"/>
          </w:tcPr>
          <w:p>
            <w:r/>
            <w:r>
              <w:rPr>
                <w:b/>
                <w:sz w:val="18"/>
              </w:rPr>
              <w:t>Frage</w:t>
            </w:r>
          </w:p>
        </w:tc>
        <w:tc>
          <w:tcPr>
            <w:tcW w:type="dxa" w:w="3685"/>
          </w:tcPr>
          <w:p>
            <w:r/>
            <w:r>
              <w:rPr>
                <w:b/>
                <w:sz w:val="18"/>
              </w:rPr>
              <w:t>Ihre Antwort (Stichworte)</w:t>
            </w:r>
          </w:p>
        </w:tc>
        <w:tc>
          <w:tcPr>
            <w:tcW w:type="dxa" w:w="1984"/>
          </w:tcPr>
          <w:p>
            <w:r/>
            <w:r>
              <w:rPr>
                <w:b/>
                <w:sz w:val="18"/>
              </w:rPr>
              <w:t>Dokument / Nachweis dazu</w:t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Welche Mess- und Prüfmittel nutzen Sie, deren Ergebnis die Produktqualität belegt?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Wie werden sie kalibriert/geprüft (Intervall, extern/intern, Nachweis)?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Welche Maschinen, Fahrzeuge, IT sind kritisch, wie werden sie gewartet?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Wie ist die IT gesichert (Backup, Zugriff)?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9 Reklamationen und Fehler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969"/>
          </w:tcPr>
          <w:p>
            <w:r/>
            <w:r>
              <w:rPr>
                <w:b/>
                <w:sz w:val="18"/>
              </w:rPr>
              <w:t>Frage</w:t>
            </w:r>
          </w:p>
        </w:tc>
        <w:tc>
          <w:tcPr>
            <w:tcW w:type="dxa" w:w="3685"/>
          </w:tcPr>
          <w:p>
            <w:r/>
            <w:r>
              <w:rPr>
                <w:b/>
                <w:sz w:val="18"/>
              </w:rPr>
              <w:t>Ihre Antwort (Stichworte)</w:t>
            </w:r>
          </w:p>
        </w:tc>
        <w:tc>
          <w:tcPr>
            <w:tcW w:type="dxa" w:w="1984"/>
          </w:tcPr>
          <w:p>
            <w:r/>
            <w:r>
              <w:rPr>
                <w:b/>
                <w:sz w:val="18"/>
              </w:rPr>
              <w:t>Dokument / Nachweis dazu</w:t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Wie viele Reklamationen im letzten Jahr, welche Art?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Wie werden Reklamationen erfasst und bearbeitet, wer entscheidet?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Wie gehen Sie mit fehlerhaften Produkten/Leistungen um (Nacharbeit, Sperrung, Sonderfreigabe)?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Wie vermeiden Sie Wiederholungsfehler?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10 Ziele und Kennzahlen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969"/>
          </w:tcPr>
          <w:p>
            <w:r/>
            <w:r>
              <w:rPr>
                <w:b/>
                <w:sz w:val="18"/>
              </w:rPr>
              <w:t>Frage</w:t>
            </w:r>
          </w:p>
        </w:tc>
        <w:tc>
          <w:tcPr>
            <w:tcW w:type="dxa" w:w="3685"/>
          </w:tcPr>
          <w:p>
            <w:r/>
            <w:r>
              <w:rPr>
                <w:b/>
                <w:sz w:val="18"/>
              </w:rPr>
              <w:t>Ihre Antwort (Stichworte)</w:t>
            </w:r>
          </w:p>
        </w:tc>
        <w:tc>
          <w:tcPr>
            <w:tcW w:type="dxa" w:w="1984"/>
          </w:tcPr>
          <w:p>
            <w:r/>
            <w:r>
              <w:rPr>
                <w:b/>
                <w:sz w:val="18"/>
              </w:rPr>
              <w:t>Dokument / Nachweis dazu</w:t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Was messen Sie heute schon (Termintreue, Reklamationen, Umsatz je Kunde, Auslastung)?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Was wollen Sie im nächsten Jahr konkret verbessern (drei bis fünf Punkte)?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Wie erfahren Sie, ob Kunden zufrieden sind?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11 Ablage und Dokumente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969"/>
          </w:tcPr>
          <w:p>
            <w:r/>
            <w:r>
              <w:rPr>
                <w:b/>
                <w:sz w:val="18"/>
              </w:rPr>
              <w:t>Frage</w:t>
            </w:r>
          </w:p>
        </w:tc>
        <w:tc>
          <w:tcPr>
            <w:tcW w:type="dxa" w:w="3685"/>
          </w:tcPr>
          <w:p>
            <w:r/>
            <w:r>
              <w:rPr>
                <w:b/>
                <w:sz w:val="18"/>
              </w:rPr>
              <w:t>Ihre Antwort (Stichworte)</w:t>
            </w:r>
          </w:p>
        </w:tc>
        <w:tc>
          <w:tcPr>
            <w:tcW w:type="dxa" w:w="1984"/>
          </w:tcPr>
          <w:p>
            <w:r/>
            <w:r>
              <w:rPr>
                <w:b/>
                <w:sz w:val="18"/>
              </w:rPr>
              <w:t>Dokument / Nachweis dazu</w:t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Wo liegen Angebote, Aufträge, Lieferscheine, Prüfprotokolle (Papier/digital, System)?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Welche Vorlagen gibt es (Liste mit Dateinamen)?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Wer darf Vorlagen ändern?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Wie lange bewahren Sie Unterlagen auf?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12 Besonderheiten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969"/>
          </w:tcPr>
          <w:p>
            <w:r/>
            <w:r>
              <w:rPr>
                <w:b/>
                <w:sz w:val="18"/>
              </w:rPr>
              <w:t>Frage</w:t>
            </w:r>
          </w:p>
        </w:tc>
        <w:tc>
          <w:tcPr>
            <w:tcW w:type="dxa" w:w="3685"/>
          </w:tcPr>
          <w:p>
            <w:r/>
            <w:r>
              <w:rPr>
                <w:b/>
                <w:sz w:val="18"/>
              </w:rPr>
              <w:t>Ihre Antwort (Stichworte)</w:t>
            </w:r>
          </w:p>
        </w:tc>
        <w:tc>
          <w:tcPr>
            <w:tcW w:type="dxa" w:w="1984"/>
          </w:tcPr>
          <w:p>
            <w:r/>
            <w:r>
              <w:rPr>
                <w:b/>
                <w:sz w:val="18"/>
              </w:rPr>
              <w:t>Dokument / Nachweis dazu</w:t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Welche Gesetze, Normen, Kundenvorgaben gelten für Sie (Liste)?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Haben Sie Kundeneigentum im Haus (Material, Geräte, Daten, Schlüssel)?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Welche Anforderungen der ISO 9001 halten Sie für nicht anwendbar – und warum?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Gibt es Termine (Kundenfrist, Ausschreibung, Audittermin)?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br/>
            </w:r>
          </w:p>
        </w:tc>
        <w:tc>
          <w:tcPr>
            <w:tcW w:type="dxa" w:w="1984"/>
          </w:tcPr>
          <w:p>
            <w:r>
              <w:rPr>
                <w:sz w:val="18"/>
              </w:rPr>
            </w:r>
          </w:p>
        </w:tc>
      </w:tr>
    </w:tbl>
    <w:p/>
    <w:p>
      <w:r>
        <w:rPr>
          <w:sz w:val="17"/>
        </w:rPr>
        <w:t>Hinweis: Dieser Fragebogen ist generisch. Ein firmenspezifischer Fragebogen mit Ihrem Logo und Ihren Branchenfragen gehört zum Dokumentenpaket von QM-Dienstleistungen.</w:t>
      </w:r>
    </w:p>
    <w:sectPr w:rsidR="00FC693F" w:rsidRPr="0006063C" w:rsidSect="00034616">
      <w:footerReference w:type="default" r:id="rId9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808080"/>
        <w:sz w:val="15"/>
      </w:rPr>
      <w:t>Die Unterlagen wurden mit KI-Unterstützung erstellt. Die Inhalte werden durch den Projektleiter geprüft.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