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Übergabeblatt [Firma] – Jahreswechsel [Jahr]</w:t>
      </w:r>
    </w:p>
    <w:p>
      <w:r>
        <w:t>Was neu ist, was offen bleibt – für Geschäftsleitung, QMB, Berater und Auditor auf einer Seite.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Unternehmen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Auditdatum (internes Audit)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Stand der Dokumente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Ersteller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Ablageort der Dokumente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1 Auf einen Blick</w:t>
      </w:r>
    </w:p>
    <w:p>
      <w:r>
        <w:t>Dokumente: __ aktualisiert, __ neu, __ unverändert. Internes Audit: __ Nichtkonformitäten, __ Verbesserungspotenziale, __ Empfehlungen. Offene Punkte: __ (Abschnitt 3). Nächster Termin: ________.</w:t>
      </w:r>
    </w:p>
    <w:p>
      <w:r>
        <w:rPr>
          <w:b/>
          <w:color w:val="0B3D5C"/>
          <w:sz w:val="24"/>
        </w:rPr>
        <w:t>2 Was wurde geändert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  <w:t>Dokument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Was ist neu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Woher kommt das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3 Was noch zu tun 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Dokument / Stelle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Was fehlt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Wer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Bis wann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18"/>
              </w:rPr>
              <w:t>Erledigt ☐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rPr>
          <w:sz w:val="16"/>
        </w:rPr>
        <w:t>Regel: Jeder Punkt hier steht im Dokument als rote Stelle oder als Zeile im Maßnahmenplan – und umgekehrt.</w:t>
      </w:r>
    </w:p>
    <w:p>
      <w:r>
        <w:rPr>
          <w:b/>
          <w:color w:val="0B3D5C"/>
          <w:sz w:val="24"/>
        </w:rPr>
        <w:t>4 Was bereits erledigt ist</w:t>
      </w:r>
    </w:p>
    <w:p>
      <w:r>
        <w:t>• ______________________________</w:t>
        <w:br/>
        <w:t>• ______________________________</w:t>
        <w:br/>
        <w:t>• ______________________________</w:t>
      </w:r>
    </w:p>
    <w:p>
      <w:r>
        <w:rPr>
          <w:b/>
          <w:color w:val="0B3D5C"/>
          <w:sz w:val="24"/>
        </w:rPr>
        <w:t>5 Nächste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  <w:t>Termin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Datum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Bemerkung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rPr>
          <w:b/>
          <w:color w:val="0B3D5C"/>
          <w:sz w:val="24"/>
        </w:rPr>
        <w:t>6 So geht es weiter</w:t>
      </w:r>
    </w:p>
    <w:p>
      <w:r>
        <w:t>Die Punkte aus Abschnitt 3 werden bis ________ abgearbeitet; Nachweise an ________. Die Dokumente werden dann nachgetragen (Vermerk „Nachweise ergänzt am …“); Auditdatum und Stand bleiben.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Übergabeblatt [Firma] – Jahreswechsel [Jahr] · [Firma] · Stand JJJJ-MM-TT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