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Hoja de entrega [empresa] – cierre del año [año]</w:t>
      </w:r>
    </w:p>
    <w:p>
      <w:r>
        <w:t>Qué es nuevo y qué queda pendiente – para la dirección general, el responsable de calidad, el consultor y el auditor, en una página.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Fecha de la auditoría (auditoría interna)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Versión de los documentos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Elaborado por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Ubicación de los documentos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1 De un vistazo</w:t>
      </w:r>
    </w:p>
    <w:p>
      <w:r>
        <w:t>Documentos: __ actualizados, __ nuevos, __ sin cambios. Auditoría interna: __ no conformidades, __ oportunidades de mejora, __ recomendaciones. Puntos pendientes: __ (sección 3). Próxima fecha: ________.</w:t>
      </w:r>
    </w:p>
    <w:p>
      <w:r>
        <w:rPr>
          <w:b/>
          <w:color w:val="0B3D5C"/>
          <w:sz w:val="24"/>
        </w:rPr>
        <w:t>2 Qué se cambió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Documento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Qué es nuevo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De dónde viene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3 Qué falta por hacer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t>N.º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Documento / lugar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Qué falta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Quién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Para cuándo</w:t>
            </w:r>
            <w:r>
              <w:rPr>
                <w:b/>
                <w:sz w:val="18"/>
              </w:rPr>
            </w:r>
          </w:p>
        </w:tc>
        <w:tc>
          <w:tcPr>
            <w:tcW w:type="dxa" w:w="1662"/>
          </w:tcPr>
          <w:p>
            <w:r>
              <w:t>Hecho ☐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sz w:val="16"/>
        </w:rPr>
        <w:t>Regla: cada punto de esta sección aparece en el documento como lugar en rojo o como renglón en el plan de acciones – y viceversa.</w:t>
      </w:r>
    </w:p>
    <w:p>
      <w:r>
        <w:rPr>
          <w:b/>
          <w:color w:val="0B3D5C"/>
          <w:sz w:val="24"/>
        </w:rPr>
        <w:t>4 Qué ya está hecho</w:t>
      </w:r>
    </w:p>
    <w:p>
      <w:r>
        <w:t>• ______________________________</w:t>
        <w:br/>
        <w:t>• ______________________________</w:t>
        <w:br/>
        <w:t>• ______________________________</w:t>
      </w:r>
    </w:p>
    <w:p>
      <w:r>
        <w:rPr>
          <w:b/>
          <w:color w:val="0B3D5C"/>
          <w:sz w:val="24"/>
        </w:rPr>
        <w:t>5 Próximas fechas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Cita / evento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Fecha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Observación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6 Cómo seguimos</w:t>
      </w:r>
    </w:p>
    <w:p>
      <w:r>
        <w:t>Los puntos de la sección 3 se atienden a más tardar el ________; evidencias a ________. Después se completan los documentos (nota «evidencias completadas el …»); la fecha de la auditoría y la versión no cambian.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Hoja de entrega [empresa] – cierre del año [año] · [empresa] · versión dd/mm/aaaa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